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</w:pPr>
      <w:r>
        <w:rPr>
          <w:b w:val="0"/>
          <w:highlight w:val="yellow"/>
        </w:rPr>
        <w:t>[Print on company letterhead]</w:t>
      </w:r>
    </w:p>
    <w:p>
      <w:pPr>
        <w:spacing w:after="180"/>
      </w:pPr>
      <w:r>
        <w:rPr>
          <w:b w:val="0"/>
          <w:highlight w:val="yellow"/>
        </w:rPr>
        <w:t>[Date]</w:t>
      </w:r>
    </w:p>
    <w:p>
      <w:r>
        <w:rPr>
          <w:b w:val="0"/>
        </w:rPr>
        <w:t>The Visa Officer</w:t>
      </w:r>
    </w:p>
    <w:p>
      <w:r>
        <w:rPr>
          <w:b w:val="0"/>
          <w:highlight w:val="yellow"/>
        </w:rPr>
        <w:t>[Embassy or consulate of country]</w:t>
      </w:r>
    </w:p>
    <w:p>
      <w:pPr>
        <w:spacing w:after="180"/>
      </w:pPr>
      <w:r>
        <w:rPr>
          <w:b w:val="0"/>
          <w:highlight w:val="yellow"/>
        </w:rPr>
        <w:t>[City]</w:t>
      </w:r>
    </w:p>
    <w:p>
      <w:pPr>
        <w:spacing w:after="180"/>
      </w:pPr>
      <w:r>
        <w:rPr>
          <w:b/>
        </w:rPr>
        <w:t xml:space="preserve">Subject: No objection certificate and leave approval – </w:t>
      </w:r>
      <w:r>
        <w:rPr>
          <w:b/>
          <w:highlight w:val="yellow"/>
        </w:rPr>
        <w:t>[Employee full name]</w:t>
      </w:r>
    </w:p>
    <w:p>
      <w:pPr>
        <w:spacing w:after="180"/>
      </w:pPr>
      <w:r>
        <w:rPr>
          <w:b w:val="0"/>
        </w:rPr>
        <w:t>Dear Sir or Madam,</w:t>
      </w:r>
    </w:p>
    <w:p>
      <w:pPr>
        <w:spacing w:after="180"/>
      </w:pPr>
      <w:r>
        <w:rPr>
          <w:b w:val="0"/>
        </w:rPr>
        <w:t xml:space="preserve">This is to certify that </w:t>
      </w:r>
      <w:r>
        <w:rPr>
          <w:b w:val="0"/>
          <w:highlight w:val="yellow"/>
        </w:rPr>
        <w:t>[Employee full name]</w:t>
      </w:r>
      <w:r>
        <w:rPr>
          <w:b w:val="0"/>
        </w:rPr>
        <w:t xml:space="preserve">, CNIC number </w:t>
      </w:r>
      <w:r>
        <w:rPr>
          <w:b w:val="0"/>
          <w:highlight w:val="yellow"/>
        </w:rPr>
        <w:t>[CNIC number]</w:t>
      </w:r>
      <w:r>
        <w:rPr>
          <w:b w:val="0"/>
        </w:rPr>
        <w:t xml:space="preserve">, passport number </w:t>
      </w:r>
      <w:r>
        <w:rPr>
          <w:b w:val="0"/>
          <w:highlight w:val="yellow"/>
        </w:rPr>
        <w:t>[passport number]</w:t>
      </w:r>
      <w:r>
        <w:rPr>
          <w:b w:val="0"/>
        </w:rPr>
        <w:t xml:space="preserve">, has worked at </w:t>
      </w:r>
      <w:r>
        <w:rPr>
          <w:b w:val="0"/>
          <w:highlight w:val="yellow"/>
        </w:rPr>
        <w:t>[Company name]</w:t>
      </w:r>
      <w:r>
        <w:rPr>
          <w:b w:val="0"/>
        </w:rPr>
        <w:t xml:space="preserve"> as </w:t>
      </w:r>
      <w:r>
        <w:rPr>
          <w:b w:val="0"/>
          <w:highlight w:val="yellow"/>
        </w:rPr>
        <w:t>[job title]</w:t>
      </w:r>
      <w:r>
        <w:rPr>
          <w:b w:val="0"/>
        </w:rPr>
        <w:t xml:space="preserve"> since </w:t>
      </w:r>
      <w:r>
        <w:rPr>
          <w:b w:val="0"/>
          <w:highlight w:val="yellow"/>
        </w:rPr>
        <w:t>[joining date]</w:t>
      </w:r>
      <w:r>
        <w:rPr>
          <w:b w:val="0"/>
        </w:rPr>
        <w:t xml:space="preserve">. </w:t>
      </w:r>
      <w:r>
        <w:rPr>
          <w:b w:val="0"/>
          <w:highlight w:val="yellow"/>
        </w:rPr>
        <w:t>[He / She]</w:t>
      </w:r>
      <w:r>
        <w:rPr>
          <w:b w:val="0"/>
        </w:rPr>
        <w:t xml:space="preserve"> is a </w:t>
      </w:r>
      <w:r>
        <w:rPr>
          <w:b w:val="0"/>
          <w:highlight w:val="yellow"/>
        </w:rPr>
        <w:t>[permanent]</w:t>
      </w:r>
      <w:r>
        <w:rPr>
          <w:b w:val="0"/>
        </w:rPr>
        <w:t xml:space="preserve"> employee, and </w:t>
      </w:r>
      <w:r>
        <w:rPr>
          <w:b w:val="0"/>
          <w:highlight w:val="yellow"/>
        </w:rPr>
        <w:t>[his / her]</w:t>
      </w:r>
      <w:r>
        <w:rPr>
          <w:b w:val="0"/>
        </w:rPr>
        <w:t xml:space="preserve"> current monthly salary is PKR </w:t>
      </w:r>
      <w:r>
        <w:rPr>
          <w:b w:val="0"/>
          <w:highlight w:val="yellow"/>
        </w:rPr>
        <w:t>[amount]</w:t>
      </w:r>
      <w:r>
        <w:rPr>
          <w:b w:val="0"/>
        </w:rPr>
        <w:t>.</w:t>
      </w:r>
    </w:p>
    <w:p>
      <w:pPr>
        <w:spacing w:after="180"/>
      </w:pPr>
      <w:r>
        <w:rPr>
          <w:b w:val="0"/>
          <w:highlight w:val="yellow"/>
        </w:rPr>
        <w:t>[Company name]</w:t>
      </w:r>
      <w:r>
        <w:rPr>
          <w:b w:val="0"/>
        </w:rPr>
        <w:t xml:space="preserve"> has approved </w:t>
      </w:r>
      <w:r>
        <w:rPr>
          <w:b w:val="0"/>
          <w:highlight w:val="yellow"/>
        </w:rPr>
        <w:t>[his / her]</w:t>
      </w:r>
      <w:r>
        <w:rPr>
          <w:b w:val="0"/>
        </w:rPr>
        <w:t xml:space="preserve"> annual leave from </w:t>
      </w:r>
      <w:r>
        <w:rPr>
          <w:b w:val="0"/>
          <w:highlight w:val="yellow"/>
        </w:rPr>
        <w:t>[start 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[end date]</w:t>
      </w:r>
      <w:r>
        <w:rPr>
          <w:b w:val="0"/>
        </w:rPr>
        <w:t xml:space="preserve"> to travel to </w:t>
      </w:r>
      <w:r>
        <w:rPr>
          <w:b w:val="0"/>
          <w:highlight w:val="yellow"/>
        </w:rPr>
        <w:t>[country]</w:t>
      </w:r>
      <w:r>
        <w:rPr>
          <w:b w:val="0"/>
        </w:rPr>
        <w:t xml:space="preserve"> for </w:t>
      </w:r>
      <w:r>
        <w:rPr>
          <w:b w:val="0"/>
          <w:highlight w:val="yellow"/>
        </w:rPr>
        <w:t>[tourism / a family visit]</w:t>
      </w:r>
      <w:r>
        <w:rPr>
          <w:b w:val="0"/>
        </w:rPr>
        <w:t xml:space="preserve">. We have no objection to this trip, and </w:t>
      </w:r>
      <w:r>
        <w:rPr>
          <w:b w:val="0"/>
          <w:highlight w:val="yellow"/>
        </w:rPr>
        <w:t>[he / she]</w:t>
      </w:r>
      <w:r>
        <w:rPr>
          <w:b w:val="0"/>
        </w:rPr>
        <w:t xml:space="preserve"> will resume work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spacing w:after="180"/>
      </w:pPr>
      <w:r>
        <w:rPr>
          <w:b w:val="0"/>
          <w:highlight w:val="yellow"/>
        </w:rPr>
        <w:t>[Choose one:]</w:t>
      </w:r>
      <w:r>
        <w:rPr>
          <w:b w:val="0"/>
        </w:rPr>
        <w:t xml:space="preserve"> </w:t>
      </w:r>
      <w:r>
        <w:rPr>
          <w:b w:val="0"/>
          <w:highlight w:val="yellow"/>
        </w:rPr>
        <w:t>[He / She]</w:t>
      </w:r>
      <w:r>
        <w:rPr>
          <w:b w:val="0"/>
        </w:rPr>
        <w:t xml:space="preserve"> will pay for this trip personally. OR The company will pay for this business trip.</w:t>
      </w:r>
    </w:p>
    <w:p>
      <w:pPr>
        <w:spacing w:after="180"/>
      </w:pPr>
      <w:r>
        <w:rPr>
          <w:b w:val="0"/>
        </w:rPr>
        <w:t xml:space="preserve">To verify this letter, please contact </w:t>
      </w:r>
      <w:r>
        <w:rPr>
          <w:b w:val="0"/>
          <w:highlight w:val="yellow"/>
        </w:rPr>
        <w:t>[HR contact name]</w:t>
      </w:r>
      <w:r>
        <w:rPr>
          <w:b w:val="0"/>
        </w:rPr>
        <w:t xml:space="preserve">, </w:t>
      </w:r>
      <w:r>
        <w:rPr>
          <w:b w:val="0"/>
          <w:highlight w:val="yellow"/>
        </w:rPr>
        <w:t>[job title]</w:t>
      </w:r>
      <w:r>
        <w:rPr>
          <w:b w:val="0"/>
        </w:rPr>
        <w:t xml:space="preserve">, at </w:t>
      </w:r>
      <w:r>
        <w:rPr>
          <w:b w:val="0"/>
          <w:highlight w:val="yellow"/>
        </w:rPr>
        <w:t>[phone number]</w:t>
      </w:r>
      <w:r>
        <w:rPr>
          <w:b w:val="0"/>
        </w:rPr>
        <w:t xml:space="preserve"> or </w:t>
      </w:r>
      <w:r>
        <w:rPr>
          <w:b w:val="0"/>
          <w:highlight w:val="yellow"/>
        </w:rPr>
        <w:t>[official email address]</w:t>
      </w:r>
      <w:r>
        <w:rPr>
          <w:b w:val="0"/>
        </w:rPr>
        <w:t>.</w:t>
      </w:r>
    </w:p>
    <w:p>
      <w:pPr>
        <w:spacing w:after="180"/>
      </w:pPr>
      <w:r>
        <w:rPr>
          <w:b w:val="0"/>
        </w:rPr>
        <w:t>Yours faithfully,</w:t>
      </w:r>
    </w:p>
    <w:p>
      <w:r>
        <w:rPr>
          <w:b w:val="0"/>
          <w:highlight w:val="yellow"/>
        </w:rPr>
        <w:t>[Signature and company stamp]</w:t>
      </w:r>
    </w:p>
    <w:p>
      <w:r>
        <w:rPr>
          <w:b w:val="0"/>
          <w:highlight w:val="yellow"/>
        </w:rPr>
        <w:t>[Full name]</w:t>
      </w:r>
    </w:p>
    <w:p>
      <w:r>
        <w:rPr>
          <w:b w:val="0"/>
          <w:highlight w:val="yellow"/>
        </w:rPr>
        <w:t>[Designation]</w:t>
      </w:r>
    </w:p>
    <w:p>
      <w:r>
        <w:rPr>
          <w:b w:val="0"/>
          <w:highlight w:val="yellow"/>
        </w:rPr>
        <w:t>[Company name]</w:t>
      </w:r>
    </w:p>
    <w:p>
      <w:pPr>
        <w:spacing w:before="280"/>
      </w:pPr>
      <w:r>
        <w:rPr>
          <w:i/>
          <w:color w:val="78716C"/>
          <w:sz w:val="17"/>
        </w:rPr>
        <w:t>Template by travelEZ · travelezglobal.com. Replace everything highlighted in yellow, delete lines that do not apply, and check the embassy’s current requirements before you submit.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NOC and leave letter template</dc:title>
  <dc:subject/>
  <dc:creator>travelEZ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