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 xml:space="preserve">Travel itinerary – </w:t>
      </w:r>
      <w:r>
        <w:rPr>
          <w:b/>
          <w:highlight w:val="yellow"/>
        </w:rPr>
        <w:t>[Your full name]</w:t>
      </w:r>
      <w:r>
        <w:rPr>
          <w:b/>
        </w:rPr>
        <w:t xml:space="preserve">, passport number </w:t>
      </w:r>
      <w:r>
        <w:rPr>
          <w:b/>
          <w:highlight w:val="yellow"/>
        </w:rPr>
        <w:t>[passport number]</w:t>
      </w:r>
    </w:p>
    <w:p>
      <w:r>
        <w:rPr>
          <w:b w:val="0"/>
        </w:rPr>
        <w:t xml:space="preserve">Destination: </w:t>
      </w:r>
      <w:r>
        <w:rPr>
          <w:b w:val="0"/>
          <w:highlight w:val="yellow"/>
        </w:rPr>
        <w:t>[country]</w:t>
      </w:r>
      <w:r>
        <w:rPr>
          <w:b w:val="0"/>
        </w:rPr>
        <w:t xml:space="preserve"> · </w:t>
      </w:r>
      <w:r>
        <w:rPr>
          <w:b w:val="0"/>
          <w:highlight w:val="yellow"/>
        </w:rPr>
        <w:t>[arrival date]</w:t>
      </w:r>
      <w:r>
        <w:rPr>
          <w:b w:val="0"/>
        </w:rPr>
        <w:t xml:space="preserve"> to </w:t>
      </w:r>
      <w:r>
        <w:rPr>
          <w:b w:val="0"/>
          <w:highlight w:val="yellow"/>
        </w:rPr>
        <w:t>[departure date]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907"/>
          </w:tcPr>
          <w:p>
            <w:r>
              <w:rPr>
                <w:b/>
              </w:rPr>
              <w:t>Day</w:t>
            </w:r>
          </w:p>
        </w:tc>
        <w:tc>
          <w:tcPr>
            <w:tcW w:type="dxa" w:w="1361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102"/>
          </w:tcPr>
          <w:p>
            <w:r>
              <w:rPr>
                <w:b/>
              </w:rPr>
              <w:t>Plan</w:t>
            </w:r>
          </w:p>
        </w:tc>
        <w:tc>
          <w:tcPr>
            <w:tcW w:type="dxa" w:w="2268"/>
          </w:tcPr>
          <w:p>
            <w:r>
              <w:rPr>
                <w:b/>
              </w:rPr>
              <w:t>Where you stay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</w:rPr>
              <w:t>Day 1</w:t>
            </w:r>
          </w:p>
        </w:tc>
        <w:tc>
          <w:tcPr>
            <w:tcW w:type="dxa" w:w="1361"/>
          </w:tcPr>
          <w:p>
            <w:r>
              <w:rPr>
                <w:b w:val="0"/>
                <w:highlight w:val="yellow"/>
              </w:rPr>
              <w:t>[date]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 xml:space="preserve">Arrive in </w:t>
            </w:r>
            <w:r>
              <w:rPr>
                <w:b w:val="0"/>
                <w:highlight w:val="yellow"/>
              </w:rPr>
              <w:t>[city]</w:t>
            </w:r>
            <w:r>
              <w:rPr>
                <w:b w:val="0"/>
              </w:rPr>
              <w:t xml:space="preserve"> on flight </w:t>
            </w:r>
            <w:r>
              <w:rPr>
                <w:b w:val="0"/>
                <w:highlight w:val="yellow"/>
              </w:rPr>
              <w:t>[flight number]</w:t>
            </w:r>
            <w:r>
              <w:rPr>
                <w:b w:val="0"/>
              </w:rPr>
              <w:t xml:space="preserve"> at </w:t>
            </w:r>
            <w:r>
              <w:rPr>
                <w:b w:val="0"/>
                <w:highlight w:val="yellow"/>
              </w:rPr>
              <w:t>[time]</w:t>
            </w:r>
            <w:r>
              <w:rPr>
                <w:b w:val="0"/>
              </w:rPr>
              <w:t xml:space="preserve">. Check in at </w:t>
            </w:r>
            <w:r>
              <w:rPr>
                <w:b w:val="0"/>
                <w:highlight w:val="yellow"/>
              </w:rPr>
              <w:t>[hotel name, address]</w:t>
            </w:r>
            <w:r>
              <w:rPr>
                <w:b w:val="0"/>
              </w:rPr>
              <w:t>.</w:t>
            </w:r>
          </w:p>
        </w:tc>
        <w:tc>
          <w:tcPr>
            <w:tcW w:type="dxa" w:w="2268"/>
          </w:tcPr>
          <w:p>
            <w:r>
              <w:rPr>
                <w:b w:val="0"/>
                <w:highlight w:val="yellow"/>
              </w:rPr>
              <w:t>[hotel name, address]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</w:rPr>
              <w:t>Day 2</w:t>
            </w:r>
          </w:p>
        </w:tc>
        <w:tc>
          <w:tcPr>
            <w:tcW w:type="dxa" w:w="1361"/>
          </w:tcPr>
          <w:p>
            <w:r>
              <w:rPr>
                <w:b w:val="0"/>
                <w:highlight w:val="yellow"/>
              </w:rPr>
              <w:t>[date]</w:t>
            </w:r>
          </w:p>
        </w:tc>
        <w:tc>
          <w:tcPr>
            <w:tcW w:type="dxa" w:w="5102"/>
          </w:tcPr>
          <w:p>
            <w:r>
              <w:rPr>
                <w:b w:val="0"/>
                <w:highlight w:val="yellow"/>
              </w:rPr>
              <w:t>[City]</w:t>
            </w:r>
            <w:r>
              <w:rPr>
                <w:b w:val="0"/>
              </w:rPr>
              <w:t xml:space="preserve">: visit </w:t>
            </w:r>
            <w:r>
              <w:rPr>
                <w:b w:val="0"/>
                <w:highlight w:val="yellow"/>
              </w:rPr>
              <w:t>[place]</w:t>
            </w:r>
            <w:r>
              <w:rPr>
                <w:b w:val="0"/>
              </w:rPr>
              <w:t xml:space="preserve">, </w:t>
            </w:r>
            <w:r>
              <w:rPr>
                <w:b w:val="0"/>
                <w:highlight w:val="yellow"/>
              </w:rPr>
              <w:t>[place]</w:t>
            </w:r>
            <w:r>
              <w:rPr>
                <w:b w:val="0"/>
              </w:rPr>
              <w:t xml:space="preserve">. Stay at </w:t>
            </w:r>
            <w:r>
              <w:rPr>
                <w:b w:val="0"/>
                <w:highlight w:val="yellow"/>
              </w:rPr>
              <w:t>[hotel name]</w:t>
            </w:r>
            <w:r>
              <w:rPr>
                <w:b w:val="0"/>
              </w:rPr>
              <w:t>.</w:t>
            </w:r>
          </w:p>
        </w:tc>
        <w:tc>
          <w:tcPr>
            <w:tcW w:type="dxa" w:w="2268"/>
          </w:tcPr>
          <w:p>
            <w:r>
              <w:rPr>
                <w:b w:val="0"/>
                <w:highlight w:val="yellow"/>
              </w:rPr>
              <w:t>[hotel name]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</w:rPr>
              <w:t>Day 3</w:t>
            </w:r>
          </w:p>
        </w:tc>
        <w:tc>
          <w:tcPr>
            <w:tcW w:type="dxa" w:w="1361"/>
          </w:tcPr>
          <w:p>
            <w:r>
              <w:rPr>
                <w:b w:val="0"/>
                <w:highlight w:val="yellow"/>
              </w:rPr>
              <w:t>[date]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 xml:space="preserve">Travel to </w:t>
            </w:r>
            <w:r>
              <w:rPr>
                <w:b w:val="0"/>
                <w:highlight w:val="yellow"/>
              </w:rPr>
              <w:t>[city]</w:t>
            </w:r>
            <w:r>
              <w:rPr>
                <w:b w:val="0"/>
              </w:rPr>
              <w:t xml:space="preserve"> by </w:t>
            </w:r>
            <w:r>
              <w:rPr>
                <w:b w:val="0"/>
                <w:highlight w:val="yellow"/>
              </w:rPr>
              <w:t>[train / bus / flight]</w:t>
            </w:r>
            <w:r>
              <w:rPr>
                <w:b w:val="0"/>
              </w:rPr>
              <w:t xml:space="preserve">. Stay at </w:t>
            </w:r>
            <w:r>
              <w:rPr>
                <w:b w:val="0"/>
                <w:highlight w:val="yellow"/>
              </w:rPr>
              <w:t>[hotel name, address]</w:t>
            </w:r>
            <w:r>
              <w:rPr>
                <w:b w:val="0"/>
              </w:rPr>
              <w:t>.</w:t>
            </w:r>
          </w:p>
        </w:tc>
        <w:tc>
          <w:tcPr>
            <w:tcW w:type="dxa" w:w="2268"/>
          </w:tcPr>
          <w:p>
            <w:r>
              <w:rPr>
                <w:b w:val="0"/>
                <w:highlight w:val="yellow"/>
              </w:rPr>
              <w:t>[hotel name, address]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</w:rPr>
              <w:t>Day 4</w:t>
            </w:r>
          </w:p>
        </w:tc>
        <w:tc>
          <w:tcPr>
            <w:tcW w:type="dxa" w:w="1361"/>
          </w:tcPr>
          <w:p>
            <w:r>
              <w:rPr>
                <w:b w:val="0"/>
                <w:highlight w:val="yellow"/>
              </w:rPr>
              <w:t>[date]</w:t>
            </w:r>
          </w:p>
        </w:tc>
        <w:tc>
          <w:tcPr>
            <w:tcW w:type="dxa" w:w="5102"/>
          </w:tcPr>
          <w:p>
            <w:r>
              <w:rPr>
                <w:b w:val="0"/>
                <w:highlight w:val="yellow"/>
              </w:rPr>
              <w:t>[City]</w:t>
            </w:r>
            <w:r>
              <w:rPr>
                <w:b w:val="0"/>
              </w:rPr>
              <w:t xml:space="preserve">: visit </w:t>
            </w:r>
            <w:r>
              <w:rPr>
                <w:b w:val="0"/>
                <w:highlight w:val="yellow"/>
              </w:rPr>
              <w:t>[place]</w:t>
            </w:r>
            <w:r>
              <w:rPr>
                <w:b w:val="0"/>
              </w:rPr>
              <w:t xml:space="preserve">, </w:t>
            </w:r>
            <w:r>
              <w:rPr>
                <w:b w:val="0"/>
                <w:highlight w:val="yellow"/>
              </w:rPr>
              <w:t>[place]</w:t>
            </w:r>
            <w:r>
              <w:rPr>
                <w:b w:val="0"/>
              </w:rPr>
              <w:t xml:space="preserve">. Stay at </w:t>
            </w:r>
            <w:r>
              <w:rPr>
                <w:b w:val="0"/>
                <w:highlight w:val="yellow"/>
              </w:rPr>
              <w:t>[hotel name]</w:t>
            </w:r>
            <w:r>
              <w:rPr>
                <w:b w:val="0"/>
              </w:rPr>
              <w:t>.</w:t>
            </w:r>
          </w:p>
        </w:tc>
        <w:tc>
          <w:tcPr>
            <w:tcW w:type="dxa" w:w="2268"/>
          </w:tcPr>
          <w:p>
            <w:r>
              <w:rPr>
                <w:b w:val="0"/>
                <w:highlight w:val="yellow"/>
              </w:rPr>
              <w:t>[hotel name]</w:t>
            </w:r>
          </w:p>
        </w:tc>
      </w:tr>
      <w:tr>
        <w:tc>
          <w:tcPr>
            <w:tcW w:type="dxa" w:w="907"/>
          </w:tcPr>
          <w:p>
            <w:r>
              <w:rPr>
                <w:b w:val="0"/>
              </w:rPr>
              <w:t>Day 5</w:t>
            </w:r>
          </w:p>
        </w:tc>
        <w:tc>
          <w:tcPr>
            <w:tcW w:type="dxa" w:w="1361"/>
          </w:tcPr>
          <w:p>
            <w:r>
              <w:rPr>
                <w:b w:val="0"/>
                <w:highlight w:val="yellow"/>
              </w:rPr>
              <w:t>[date]</w:t>
            </w:r>
          </w:p>
        </w:tc>
        <w:tc>
          <w:tcPr>
            <w:tcW w:type="dxa" w:w="5102"/>
          </w:tcPr>
          <w:p>
            <w:r>
              <w:rPr>
                <w:b w:val="0"/>
              </w:rPr>
              <w:t xml:space="preserve">Check out. Depart from </w:t>
            </w:r>
            <w:r>
              <w:rPr>
                <w:b w:val="0"/>
                <w:highlight w:val="yellow"/>
              </w:rPr>
              <w:t>[airport]</w:t>
            </w:r>
            <w:r>
              <w:rPr>
                <w:b w:val="0"/>
              </w:rPr>
              <w:t xml:space="preserve"> on flight </w:t>
            </w:r>
            <w:r>
              <w:rPr>
                <w:b w:val="0"/>
                <w:highlight w:val="yellow"/>
              </w:rPr>
              <w:t>[flight number]</w:t>
            </w:r>
            <w:r>
              <w:rPr>
                <w:b w:val="0"/>
              </w:rPr>
              <w:t xml:space="preserve"> at </w:t>
            </w:r>
            <w:r>
              <w:rPr>
                <w:b w:val="0"/>
                <w:highlight w:val="yellow"/>
              </w:rPr>
              <w:t>[time]</w:t>
            </w:r>
            <w:r>
              <w:rPr>
                <w:b w:val="0"/>
              </w:rPr>
              <w:t>.</w:t>
            </w:r>
          </w:p>
        </w:tc>
        <w:tc>
          <w:tcPr>
            <w:tcW w:type="dxa" w:w="2268"/>
          </w:tcPr>
          <w:p>
            <w:r>
              <w:rPr>
                <w:b w:val="0"/>
              </w:rPr>
              <w:t>–</w:t>
            </w:r>
          </w:p>
        </w:tc>
      </w:tr>
    </w:tbl>
    <w:p>
      <w:pPr>
        <w:spacing w:before="280"/>
      </w:pPr>
      <w:r>
        <w:rPr>
          <w:i/>
          <w:color w:val="78716C"/>
          <w:sz w:val="17"/>
        </w:rPr>
        <w:t>Template by travelEZ · travelezglobal.com. Replace everything highlighted in yellow, delete lines that do not apply, and check the embassy’s current requirements before you submit.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Day-by-day travel itinerary template</dc:title>
  <dc:subject/>
  <dc:creator>travelEZ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