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highlight w:val="yellow"/>
        </w:rPr>
        <w:t>[Your full name]</w:t>
      </w:r>
    </w:p>
    <w:p>
      <w:r>
        <w:rPr>
          <w:b w:val="0"/>
          <w:highlight w:val="yellow"/>
        </w:rPr>
        <w:t>[House number, street, area]</w:t>
      </w:r>
    </w:p>
    <w:p>
      <w:r>
        <w:rPr>
          <w:b w:val="0"/>
          <w:highlight w:val="yellow"/>
        </w:rPr>
        <w:t>[City]</w:t>
      </w:r>
      <w:r>
        <w:rPr>
          <w:b w:val="0"/>
        </w:rPr>
        <w:t>, Pakistan</w:t>
      </w:r>
    </w:p>
    <w:p>
      <w:pPr>
        <w:spacing w:after="180"/>
      </w:pPr>
      <w:r>
        <w:rPr>
          <w:b w:val="0"/>
          <w:highlight w:val="yellow"/>
        </w:rPr>
        <w:t>[Phone number]</w:t>
      </w:r>
      <w:r>
        <w:rPr>
          <w:b w:val="0"/>
        </w:rPr>
        <w:t xml:space="preserve"> · </w:t>
      </w:r>
      <w:r>
        <w:rPr>
          <w:b w:val="0"/>
          <w:highlight w:val="yellow"/>
        </w:rPr>
        <w:t>[Email address]</w:t>
      </w:r>
    </w:p>
    <w:p>
      <w:pPr>
        <w:spacing w:after="180"/>
      </w:pPr>
      <w:r>
        <w:rPr>
          <w:b w:val="0"/>
          <w:highlight w:val="yellow"/>
        </w:rPr>
        <w:t>[Date]</w:t>
      </w:r>
    </w:p>
    <w:p>
      <w:r>
        <w:rPr>
          <w:b w:val="0"/>
        </w:rPr>
        <w:t>The Visa Officer</w:t>
      </w:r>
    </w:p>
    <w:p>
      <w:r>
        <w:rPr>
          <w:b w:val="0"/>
          <w:highlight w:val="yellow"/>
        </w:rPr>
        <w:t>[Name of embassy, consulate or visa application centre]</w:t>
      </w:r>
    </w:p>
    <w:p>
      <w:pPr>
        <w:spacing w:after="180"/>
      </w:pPr>
      <w:r>
        <w:rPr>
          <w:b w:val="0"/>
          <w:highlight w:val="yellow"/>
        </w:rPr>
        <w:t>[City]</w:t>
      </w:r>
    </w:p>
    <w:p>
      <w:pPr>
        <w:spacing w:after="180"/>
      </w:pPr>
      <w:r>
        <w:rPr>
          <w:b/>
        </w:rPr>
        <w:t xml:space="preserve">Subject: Application for a </w:t>
      </w:r>
      <w:r>
        <w:rPr>
          <w:b/>
          <w:highlight w:val="yellow"/>
        </w:rPr>
        <w:t>[tourist]</w:t>
      </w:r>
      <w:r>
        <w:rPr>
          <w:b/>
        </w:rPr>
        <w:t xml:space="preserve"> visa – </w:t>
      </w:r>
      <w:r>
        <w:rPr>
          <w:b/>
          <w:highlight w:val="yellow"/>
        </w:rPr>
        <w:t>[Your full name]</w:t>
      </w:r>
      <w:r>
        <w:rPr>
          <w:b/>
        </w:rPr>
        <w:t xml:space="preserve">, passport number </w:t>
      </w:r>
      <w:r>
        <w:rPr>
          <w:b/>
          <w:highlight w:val="yellow"/>
        </w:rPr>
        <w:t>[passport number]</w:t>
      </w:r>
    </w:p>
    <w:p>
      <w:pPr>
        <w:spacing w:after="180"/>
      </w:pPr>
      <w:r>
        <w:rPr>
          <w:b w:val="0"/>
        </w:rPr>
        <w:t>Dear Visa Officer,</w:t>
      </w:r>
    </w:p>
    <w:p>
      <w:pPr>
        <w:spacing w:after="180"/>
      </w:pPr>
      <w:r>
        <w:rPr>
          <w:b w:val="0"/>
        </w:rPr>
        <w:t xml:space="preserve">I am applying for a </w:t>
      </w:r>
      <w:r>
        <w:rPr>
          <w:b w:val="0"/>
          <w:highlight w:val="yellow"/>
        </w:rPr>
        <w:t>[single-entry tourist]</w:t>
      </w:r>
      <w:r>
        <w:rPr>
          <w:b w:val="0"/>
        </w:rPr>
        <w:t xml:space="preserve"> visa to visit </w:t>
      </w:r>
      <w:r>
        <w:rPr>
          <w:b w:val="0"/>
          <w:highlight w:val="yellow"/>
        </w:rPr>
        <w:t>[country]</w:t>
      </w:r>
      <w:r>
        <w:rPr>
          <w:b w:val="0"/>
        </w:rPr>
        <w:t xml:space="preserve"> from </w:t>
      </w:r>
      <w:r>
        <w:rPr>
          <w:b w:val="0"/>
          <w:highlight w:val="yellow"/>
        </w:rPr>
        <w:t>[arrival date]</w:t>
      </w:r>
      <w:r>
        <w:rPr>
          <w:b w:val="0"/>
        </w:rPr>
        <w:t xml:space="preserve"> to </w:t>
      </w:r>
      <w:r>
        <w:rPr>
          <w:b w:val="0"/>
          <w:highlight w:val="yellow"/>
        </w:rPr>
        <w:t>[departure date]</w:t>
      </w:r>
      <w:r>
        <w:rPr>
          <w:b w:val="0"/>
        </w:rPr>
        <w:t xml:space="preserve">, a total of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 days.</w:t>
      </w:r>
    </w:p>
    <w:p>
      <w:pPr>
        <w:spacing w:after="180"/>
      </w:pPr>
      <w:r>
        <w:rPr>
          <w:b w:val="0"/>
        </w:rPr>
        <w:t xml:space="preserve">The purpose of my trip is </w:t>
      </w:r>
      <w:r>
        <w:rPr>
          <w:b w:val="0"/>
          <w:highlight w:val="yellow"/>
        </w:rPr>
        <w:t>[tourism: I plan to visit City 1 and City 2 / to visit my relative, Name, who lives in City / business meetings with Company]</w:t>
      </w:r>
      <w:r>
        <w:rPr>
          <w:b w:val="0"/>
        </w:rPr>
        <w:t>. My day-by-day itinerary is attached.</w:t>
      </w:r>
    </w:p>
    <w:p>
      <w:pPr>
        <w:spacing w:after="180"/>
      </w:pPr>
      <w:r>
        <w:rPr>
          <w:b w:val="0"/>
        </w:rPr>
        <w:t xml:space="preserve">I work as a </w:t>
      </w:r>
      <w:r>
        <w:rPr>
          <w:b w:val="0"/>
          <w:highlight w:val="yellow"/>
        </w:rPr>
        <w:t>[job title]</w:t>
      </w:r>
      <w:r>
        <w:rPr>
          <w:b w:val="0"/>
        </w:rPr>
        <w:t xml:space="preserve"> at </w:t>
      </w:r>
      <w:r>
        <w:rPr>
          <w:b w:val="0"/>
          <w:highlight w:val="yellow"/>
        </w:rPr>
        <w:t>[employer name]</w:t>
      </w:r>
      <w:r>
        <w:rPr>
          <w:b w:val="0"/>
        </w:rPr>
        <w:t xml:space="preserve"> in </w:t>
      </w:r>
      <w:r>
        <w:rPr>
          <w:b w:val="0"/>
          <w:highlight w:val="yellow"/>
        </w:rPr>
        <w:t>[city]</w:t>
      </w:r>
      <w:r>
        <w:rPr>
          <w:b w:val="0"/>
        </w:rPr>
        <w:t xml:space="preserve">, where I have worked since </w:t>
      </w:r>
      <w:r>
        <w:rPr>
          <w:b w:val="0"/>
          <w:highlight w:val="yellow"/>
        </w:rPr>
        <w:t>[year]</w:t>
      </w:r>
      <w:r>
        <w:rPr>
          <w:b w:val="0"/>
        </w:rPr>
        <w:t xml:space="preserve">. My employer has approved my leave from </w:t>
      </w:r>
      <w:r>
        <w:rPr>
          <w:b w:val="0"/>
          <w:highlight w:val="yellow"/>
        </w:rPr>
        <w:t>[start date]</w:t>
      </w:r>
      <w:r>
        <w:rPr>
          <w:b w:val="0"/>
        </w:rPr>
        <w:t xml:space="preserve"> to </w:t>
      </w:r>
      <w:r>
        <w:rPr>
          <w:b w:val="0"/>
          <w:highlight w:val="yellow"/>
        </w:rPr>
        <w:t>[end date]</w:t>
      </w:r>
      <w:r>
        <w:rPr>
          <w:b w:val="0"/>
        </w:rPr>
        <w:t xml:space="preserve">, and I will return to work 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. </w:t>
      </w:r>
      <w:r>
        <w:rPr>
          <w:b w:val="0"/>
          <w:highlight w:val="yellow"/>
        </w:rPr>
        <w:t>[If self-employed: I own and run Business name, registered with NTN number.]</w:t>
      </w:r>
    </w:p>
    <w:p>
      <w:pPr>
        <w:spacing w:after="180"/>
      </w:pPr>
      <w:r>
        <w:rPr>
          <w:b w:val="0"/>
        </w:rPr>
        <w:t xml:space="preserve">I will pay for this trip myself. </w:t>
      </w:r>
      <w:r>
        <w:rPr>
          <w:b w:val="0"/>
          <w:highlight w:val="yellow"/>
        </w:rPr>
        <w:t>[Or: My Relationship, Full name, will pay for this trip. Their sponsorship letter is attached.]</w:t>
      </w:r>
      <w:r>
        <w:rPr>
          <w:b w:val="0"/>
        </w:rPr>
        <w:t xml:space="preserve"> My bank statements for the last </w:t>
      </w:r>
      <w:r>
        <w:rPr>
          <w:b w:val="0"/>
          <w:highlight w:val="yellow"/>
        </w:rPr>
        <w:t>[3 / 6]</w:t>
      </w:r>
      <w:r>
        <w:rPr>
          <w:b w:val="0"/>
        </w:rPr>
        <w:t xml:space="preserve"> months are attached.</w:t>
      </w:r>
    </w:p>
    <w:p>
      <w:pPr>
        <w:spacing w:after="180"/>
      </w:pPr>
      <w:r>
        <w:rPr>
          <w:b w:val="0"/>
        </w:rPr>
        <w:t xml:space="preserve">I have a return flight reservation for </w:t>
      </w:r>
      <w:r>
        <w:rPr>
          <w:b w:val="0"/>
          <w:highlight w:val="yellow"/>
        </w:rPr>
        <w:t>[date]</w:t>
      </w:r>
      <w:r>
        <w:rPr>
          <w:b w:val="0"/>
        </w:rPr>
        <w:t xml:space="preserve">. I live in Pakistan with my </w:t>
      </w:r>
      <w:r>
        <w:rPr>
          <w:b w:val="0"/>
          <w:highlight w:val="yellow"/>
        </w:rPr>
        <w:t>[family]</w:t>
      </w:r>
      <w:r>
        <w:rPr>
          <w:b w:val="0"/>
        </w:rPr>
        <w:t xml:space="preserve">, and I will return home at the end of my visit. </w:t>
      </w:r>
      <w:r>
        <w:rPr>
          <w:b w:val="0"/>
          <w:highlight w:val="yellow"/>
        </w:rPr>
        <w:t>[Optional: I have travelled before to Country in Year.]</w:t>
      </w:r>
    </w:p>
    <w:p>
      <w:r>
        <w:rPr>
          <w:b w:val="0"/>
        </w:rPr>
        <w:t>I have enclosed:</w:t>
      </w:r>
    </w:p>
    <w:p>
      <w:r>
        <w:rPr>
          <w:b w:val="0"/>
        </w:rPr>
        <w:t>1. My passport and copies of previous visas</w:t>
      </w:r>
    </w:p>
    <w:p>
      <w:r>
        <w:rPr>
          <w:b w:val="0"/>
        </w:rPr>
        <w:t>2. The completed visa application form</w:t>
      </w:r>
    </w:p>
    <w:p>
      <w:r>
        <w:rPr>
          <w:b w:val="0"/>
        </w:rPr>
        <w:t>3. Bank statements and a bank maintenance certificate</w:t>
      </w:r>
    </w:p>
    <w:p>
      <w:r>
        <w:rPr>
          <w:b w:val="0"/>
        </w:rPr>
        <w:t>4. My employment letter, NOC and leave approval</w:t>
      </w:r>
    </w:p>
    <w:p>
      <w:r>
        <w:rPr>
          <w:b w:val="0"/>
        </w:rPr>
        <w:t>5. Flight reservation and hotel booking</w:t>
      </w:r>
    </w:p>
    <w:p>
      <w:r>
        <w:rPr>
          <w:b w:val="0"/>
        </w:rPr>
        <w:t>6. Day-by-day itinerary</w:t>
      </w:r>
    </w:p>
    <w:p>
      <w:pPr>
        <w:spacing w:after="180"/>
      </w:pPr>
      <w:r>
        <w:rPr>
          <w:b w:val="0"/>
        </w:rPr>
        <w:t xml:space="preserve">7. </w:t>
      </w:r>
      <w:r>
        <w:rPr>
          <w:b w:val="0"/>
          <w:highlight w:val="yellow"/>
        </w:rPr>
        <w:t>[Family Registration Certificate (FRC), if a family member is sponsoring me]</w:t>
      </w:r>
    </w:p>
    <w:p>
      <w:pPr>
        <w:spacing w:after="180"/>
      </w:pPr>
      <w:r>
        <w:rPr>
          <w:b w:val="0"/>
        </w:rPr>
        <w:t xml:space="preserve">Thank you for considering my application. Please contact me at </w:t>
      </w:r>
      <w:r>
        <w:rPr>
          <w:b w:val="0"/>
          <w:highlight w:val="yellow"/>
        </w:rPr>
        <w:t>[phone number]</w:t>
      </w:r>
      <w:r>
        <w:rPr>
          <w:b w:val="0"/>
        </w:rPr>
        <w:t xml:space="preserve"> or </w:t>
      </w:r>
      <w:r>
        <w:rPr>
          <w:b w:val="0"/>
          <w:highlight w:val="yellow"/>
        </w:rPr>
        <w:t>[email address]</w:t>
      </w:r>
      <w:r>
        <w:rPr>
          <w:b w:val="0"/>
        </w:rPr>
        <w:t xml:space="preserve"> if you need any further information.</w:t>
      </w:r>
    </w:p>
    <w:p>
      <w:pPr>
        <w:spacing w:after="180"/>
      </w:pPr>
      <w:r>
        <w:rPr>
          <w:b w:val="0"/>
        </w:rPr>
        <w:t>Yours faithfully,</w:t>
      </w:r>
    </w:p>
    <w:p>
      <w:r>
        <w:rPr>
          <w:b w:val="0"/>
          <w:highlight w:val="yellow"/>
        </w:rPr>
        <w:t>[Signature]</w:t>
      </w:r>
    </w:p>
    <w:p>
      <w:r>
        <w:rPr>
          <w:b w:val="0"/>
          <w:highlight w:val="yellow"/>
        </w:rPr>
        <w:t>[Your full name]</w:t>
      </w:r>
    </w:p>
    <w:p>
      <w:pPr>
        <w:spacing w:before="280"/>
      </w:pPr>
      <w:r>
        <w:rPr>
          <w:i/>
          <w:color w:val="78716C"/>
          <w:sz w:val="17"/>
        </w:rPr>
        <w:t>Template by travelEZ · travelezglobal.com. Replace everything highlighted in yellow, delete lines that do not apply, and check the embassy’s current requirements before you submit.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 cover letter template</dc:title>
  <dc:subject/>
  <dc:creator>travelEZ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