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highlight w:val="yellow"/>
        </w:rPr>
        <w:t>[Sponsor full name]</w:t>
      </w:r>
    </w:p>
    <w:p>
      <w:r>
        <w:rPr>
          <w:b w:val="0"/>
          <w:highlight w:val="yellow"/>
        </w:rPr>
        <w:t>[House number, street, area]</w:t>
      </w:r>
    </w:p>
    <w:p>
      <w:r>
        <w:rPr>
          <w:b w:val="0"/>
          <w:highlight w:val="yellow"/>
        </w:rPr>
        <w:t>[City]</w:t>
      </w:r>
      <w:r>
        <w:rPr>
          <w:b w:val="0"/>
        </w:rPr>
        <w:t>, Pakistan</w:t>
      </w:r>
    </w:p>
    <w:p>
      <w:pPr>
        <w:spacing w:after="180"/>
      </w:pPr>
      <w:r>
        <w:rPr>
          <w:b w:val="0"/>
          <w:highlight w:val="yellow"/>
        </w:rPr>
        <w:t>[Phone number]</w:t>
      </w:r>
      <w:r>
        <w:rPr>
          <w:b w:val="0"/>
        </w:rPr>
        <w:t xml:space="preserve"> · </w:t>
      </w:r>
      <w:r>
        <w:rPr>
          <w:b w:val="0"/>
          <w:highlight w:val="yellow"/>
        </w:rPr>
        <w:t>[Email address]</w:t>
      </w:r>
    </w:p>
    <w:p>
      <w:pPr>
        <w:spacing w:after="180"/>
      </w:pPr>
      <w:r>
        <w:rPr>
          <w:b w:val="0"/>
          <w:highlight w:val="yellow"/>
        </w:rPr>
        <w:t>[Date]</w:t>
      </w:r>
    </w:p>
    <w:p>
      <w:r>
        <w:rPr>
          <w:b w:val="0"/>
        </w:rPr>
        <w:t>The Visa Officer</w:t>
      </w:r>
    </w:p>
    <w:p>
      <w:r>
        <w:rPr>
          <w:b w:val="0"/>
          <w:highlight w:val="yellow"/>
        </w:rPr>
        <w:t>[Embassy or consulate of country]</w:t>
      </w:r>
    </w:p>
    <w:p>
      <w:pPr>
        <w:spacing w:after="180"/>
      </w:pPr>
      <w:r>
        <w:rPr>
          <w:b w:val="0"/>
          <w:highlight w:val="yellow"/>
        </w:rPr>
        <w:t>[City]</w:t>
      </w:r>
    </w:p>
    <w:p>
      <w:pPr>
        <w:spacing w:after="180"/>
      </w:pPr>
      <w:r>
        <w:rPr>
          <w:b/>
        </w:rPr>
        <w:t xml:space="preserve">Subject: Sponsorship of </w:t>
      </w:r>
      <w:r>
        <w:rPr>
          <w:b/>
          <w:highlight w:val="yellow"/>
        </w:rPr>
        <w:t>[traveller full name]</w:t>
      </w:r>
      <w:r>
        <w:rPr>
          <w:b/>
        </w:rPr>
        <w:t xml:space="preserve">'s visit to </w:t>
      </w:r>
      <w:r>
        <w:rPr>
          <w:b/>
          <w:highlight w:val="yellow"/>
        </w:rPr>
        <w:t>[country]</w:t>
      </w:r>
    </w:p>
    <w:p>
      <w:pPr>
        <w:spacing w:after="180"/>
      </w:pPr>
      <w:r>
        <w:rPr>
          <w:b w:val="0"/>
        </w:rPr>
        <w:t>Dear Visa Officer,</w:t>
      </w:r>
    </w:p>
    <w:p>
      <w:pPr>
        <w:spacing w:after="180"/>
      </w:pPr>
      <w:r>
        <w:rPr>
          <w:b w:val="0"/>
        </w:rPr>
        <w:t xml:space="preserve">I, </w:t>
      </w:r>
      <w:r>
        <w:rPr>
          <w:b w:val="0"/>
          <w:highlight w:val="yellow"/>
        </w:rPr>
        <w:t>[sponsor full name]</w:t>
      </w:r>
      <w:r>
        <w:rPr>
          <w:b w:val="0"/>
        </w:rPr>
        <w:t xml:space="preserve">, CNIC number </w:t>
      </w:r>
      <w:r>
        <w:rPr>
          <w:b w:val="0"/>
          <w:highlight w:val="yellow"/>
        </w:rPr>
        <w:t>[CNIC number]</w:t>
      </w:r>
      <w:r>
        <w:rPr>
          <w:b w:val="0"/>
        </w:rPr>
        <w:t xml:space="preserve">, am the </w:t>
      </w:r>
      <w:r>
        <w:rPr>
          <w:b w:val="0"/>
          <w:highlight w:val="yellow"/>
        </w:rPr>
        <w:t>[father / mother / husband / wife / brother]</w:t>
      </w:r>
      <w:r>
        <w:rPr>
          <w:b w:val="0"/>
        </w:rPr>
        <w:t xml:space="preserve"> of </w:t>
      </w:r>
      <w:r>
        <w:rPr>
          <w:b w:val="0"/>
          <w:highlight w:val="yellow"/>
        </w:rPr>
        <w:t>[traveller full name]</w:t>
      </w:r>
      <w:r>
        <w:rPr>
          <w:b w:val="0"/>
        </w:rPr>
        <w:t xml:space="preserve">, passport number </w:t>
      </w:r>
      <w:r>
        <w:rPr>
          <w:b w:val="0"/>
          <w:highlight w:val="yellow"/>
        </w:rPr>
        <w:t>[passport number]</w:t>
      </w:r>
      <w:r>
        <w:rPr>
          <w:b w:val="0"/>
        </w:rPr>
        <w:t>.</w:t>
      </w:r>
    </w:p>
    <w:p>
      <w:pPr>
        <w:spacing w:after="180"/>
      </w:pPr>
      <w:r>
        <w:rPr>
          <w:b w:val="0"/>
        </w:rPr>
        <w:t xml:space="preserve">I will pay all the costs of </w:t>
      </w:r>
      <w:r>
        <w:rPr>
          <w:b w:val="0"/>
          <w:highlight w:val="yellow"/>
        </w:rPr>
        <w:t>[his / her]</w:t>
      </w:r>
      <w:r>
        <w:rPr>
          <w:b w:val="0"/>
        </w:rPr>
        <w:t xml:space="preserve"> trip to </w:t>
      </w:r>
      <w:r>
        <w:rPr>
          <w:b w:val="0"/>
          <w:highlight w:val="yellow"/>
        </w:rPr>
        <w:t>[country]</w:t>
      </w:r>
      <w:r>
        <w:rPr>
          <w:b w:val="0"/>
        </w:rPr>
        <w:t xml:space="preserve"> from </w:t>
      </w:r>
      <w:r>
        <w:rPr>
          <w:b w:val="0"/>
          <w:highlight w:val="yellow"/>
        </w:rPr>
        <w:t>[start date]</w:t>
      </w:r>
      <w:r>
        <w:rPr>
          <w:b w:val="0"/>
        </w:rPr>
        <w:t xml:space="preserve"> to </w:t>
      </w:r>
      <w:r>
        <w:rPr>
          <w:b w:val="0"/>
          <w:highlight w:val="yellow"/>
        </w:rPr>
        <w:t>[end date]</w:t>
      </w:r>
      <w:r>
        <w:rPr>
          <w:b w:val="0"/>
        </w:rPr>
        <w:t xml:space="preserve">, including flights, accommodation, travel insurance and daily expenses. </w:t>
      </w:r>
      <w:r>
        <w:rPr>
          <w:b w:val="0"/>
          <w:highlight w:val="yellow"/>
        </w:rPr>
        <w:t>[Traveller name]</w:t>
      </w:r>
      <w:r>
        <w:rPr>
          <w:b w:val="0"/>
        </w:rPr>
        <w:t xml:space="preserve"> will return to Pakistan at the end of the visit.</w:t>
      </w:r>
    </w:p>
    <w:p>
      <w:pPr>
        <w:spacing w:after="180"/>
      </w:pPr>
      <w:r>
        <w:rPr>
          <w:b w:val="0"/>
        </w:rPr>
        <w:t xml:space="preserve">I work as </w:t>
      </w:r>
      <w:r>
        <w:rPr>
          <w:b w:val="0"/>
          <w:highlight w:val="yellow"/>
        </w:rPr>
        <w:t>[job title]</w:t>
      </w:r>
      <w:r>
        <w:rPr>
          <w:b w:val="0"/>
        </w:rPr>
        <w:t xml:space="preserve"> at </w:t>
      </w:r>
      <w:r>
        <w:rPr>
          <w:b w:val="0"/>
          <w:highlight w:val="yellow"/>
        </w:rPr>
        <w:t>[employer or business name]</w:t>
      </w:r>
      <w:r>
        <w:rPr>
          <w:b w:val="0"/>
        </w:rPr>
        <w:t xml:space="preserve">, and my monthly income is PKR </w:t>
      </w:r>
      <w:r>
        <w:rPr>
          <w:b w:val="0"/>
          <w:highlight w:val="yellow"/>
        </w:rPr>
        <w:t>[amount]</w:t>
      </w:r>
      <w:r>
        <w:rPr>
          <w:b w:val="0"/>
        </w:rPr>
        <w:t xml:space="preserve">. My bank statements for the last </w:t>
      </w:r>
      <w:r>
        <w:rPr>
          <w:b w:val="0"/>
          <w:highlight w:val="yellow"/>
        </w:rPr>
        <w:t>[3 / 6]</w:t>
      </w:r>
      <w:r>
        <w:rPr>
          <w:b w:val="0"/>
        </w:rPr>
        <w:t xml:space="preserve"> months are attached, with our Family Registration Certificate (FRC) from NADRA as proof of our relationship.</w:t>
      </w:r>
    </w:p>
    <w:p>
      <w:r>
        <w:rPr>
          <w:b w:val="0"/>
        </w:rPr>
        <w:t>I have enclosed:</w:t>
      </w:r>
    </w:p>
    <w:p>
      <w:r>
        <w:rPr>
          <w:b w:val="0"/>
        </w:rPr>
        <w:t>1. A copy of my CNIC</w:t>
      </w:r>
    </w:p>
    <w:p>
      <w:r>
        <w:rPr>
          <w:b w:val="0"/>
        </w:rPr>
        <w:t>2. My bank statements and a bank maintenance certificate</w:t>
      </w:r>
    </w:p>
    <w:p>
      <w:r>
        <w:rPr>
          <w:b w:val="0"/>
        </w:rPr>
        <w:t>3. Proof of my income (salary slips, tax returns or business documents)</w:t>
      </w:r>
    </w:p>
    <w:p>
      <w:pPr>
        <w:spacing w:after="180"/>
      </w:pPr>
      <w:r>
        <w:rPr>
          <w:b w:val="0"/>
        </w:rPr>
        <w:t>4. Our Family Registration Certificate (FRC)</w:t>
      </w:r>
    </w:p>
    <w:p>
      <w:pPr>
        <w:spacing w:after="180"/>
      </w:pPr>
      <w:r>
        <w:rPr>
          <w:b w:val="0"/>
        </w:rPr>
        <w:t xml:space="preserve">Please contact me at </w:t>
      </w:r>
      <w:r>
        <w:rPr>
          <w:b w:val="0"/>
          <w:highlight w:val="yellow"/>
        </w:rPr>
        <w:t>[phone number]</w:t>
      </w:r>
      <w:r>
        <w:rPr>
          <w:b w:val="0"/>
        </w:rPr>
        <w:t xml:space="preserve"> if you need any further information.</w:t>
      </w:r>
    </w:p>
    <w:p>
      <w:pPr>
        <w:spacing w:after="180"/>
      </w:pPr>
      <w:r>
        <w:rPr>
          <w:b w:val="0"/>
        </w:rPr>
        <w:t>Yours faithfully,</w:t>
      </w:r>
    </w:p>
    <w:p>
      <w:r>
        <w:rPr>
          <w:b w:val="0"/>
          <w:highlight w:val="yellow"/>
        </w:rPr>
        <w:t>[Signature]</w:t>
      </w:r>
    </w:p>
    <w:p>
      <w:r>
        <w:rPr>
          <w:b w:val="0"/>
          <w:highlight w:val="yellow"/>
        </w:rPr>
        <w:t>[Sponsor full name]</w:t>
      </w:r>
    </w:p>
    <w:p>
      <w:pPr>
        <w:spacing w:before="280"/>
      </w:pPr>
      <w:r>
        <w:rPr>
          <w:i/>
          <w:color w:val="78716C"/>
          <w:sz w:val="17"/>
        </w:rPr>
        <w:t>Template by travelEZ · travelezglobal.com. Replace everything highlighted in yellow, delete lines that do not apply, and check the embassy’s current requirements before you submit.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letter template</dc:title>
  <dc:subject/>
  <dc:creator>travelEZ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